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tblpY="1"/>
        <w:tblOverlap w:val="never"/>
        <w:tblW w:w="86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2"/>
        <w:gridCol w:w="7245"/>
      </w:tblGrid>
      <w:tr w:rsidR="001B0B54" w14:paraId="3BDB4BFE" w14:textId="77777777" w:rsidTr="002F2B3A">
        <w:trPr>
          <w:trHeight w:val="583"/>
        </w:trPr>
        <w:tc>
          <w:tcPr>
            <w:tcW w:w="1432" w:type="dxa"/>
            <w:vMerge w:val="restart"/>
          </w:tcPr>
          <w:p w14:paraId="40EB290A" w14:textId="6D675EC2" w:rsidR="001B0B54" w:rsidRDefault="001B0B54" w:rsidP="00F3166F">
            <w:pPr>
              <w:rPr>
                <w:rFonts w:ascii="Book Antiqua" w:hAnsi="Book Antiqua"/>
                <w:bCs/>
                <w:sz w:val="26"/>
                <w:szCs w:val="26"/>
              </w:rPr>
            </w:pPr>
          </w:p>
        </w:tc>
        <w:tc>
          <w:tcPr>
            <w:tcW w:w="7245" w:type="dxa"/>
            <w:vAlign w:val="center"/>
          </w:tcPr>
          <w:p w14:paraId="189233D6" w14:textId="556DB73C" w:rsidR="001B0B54" w:rsidRPr="002F2B3A" w:rsidRDefault="001B0B54" w:rsidP="00A86834">
            <w:pPr>
              <w:jc w:val="center"/>
              <w:rPr>
                <w:rFonts w:ascii="Franklin Gothic Medium" w:hAnsi="Franklin Gothic Medium"/>
                <w:b/>
                <w:sz w:val="28"/>
                <w:szCs w:val="30"/>
                <w:u w:val="single"/>
              </w:rPr>
            </w:pPr>
            <w:r w:rsidRPr="002F2B3A">
              <w:rPr>
                <w:rFonts w:ascii="Franklin Gothic Medium" w:hAnsi="Franklin Gothic Medium"/>
                <w:b/>
                <w:sz w:val="28"/>
                <w:szCs w:val="30"/>
                <w:u w:val="single"/>
              </w:rPr>
              <w:t>RASHTRIYA CHEMICALS AND FERTILIZERS LIMITED</w:t>
            </w:r>
          </w:p>
        </w:tc>
      </w:tr>
      <w:tr w:rsidR="001B0B54" w14:paraId="3D448816" w14:textId="77777777" w:rsidTr="002F2B3A">
        <w:trPr>
          <w:trHeight w:val="452"/>
        </w:trPr>
        <w:tc>
          <w:tcPr>
            <w:tcW w:w="1432" w:type="dxa"/>
            <w:vMerge/>
          </w:tcPr>
          <w:p w14:paraId="66FF3267" w14:textId="77777777" w:rsidR="001B0B54" w:rsidRDefault="001B0B54" w:rsidP="00F3166F">
            <w:pPr>
              <w:rPr>
                <w:rFonts w:ascii="Book Antiqua" w:hAnsi="Book Antiqua"/>
                <w:bCs/>
                <w:sz w:val="26"/>
                <w:szCs w:val="26"/>
              </w:rPr>
            </w:pPr>
          </w:p>
        </w:tc>
        <w:tc>
          <w:tcPr>
            <w:tcW w:w="7245" w:type="dxa"/>
            <w:vAlign w:val="center"/>
          </w:tcPr>
          <w:p w14:paraId="673D7F2B" w14:textId="60FBE76B" w:rsidR="001B0B54" w:rsidRPr="002F2B3A" w:rsidRDefault="001B0B54" w:rsidP="00A86834">
            <w:pPr>
              <w:jc w:val="center"/>
              <w:rPr>
                <w:rFonts w:ascii="Franklin Gothic Medium" w:hAnsi="Franklin Gothic Medium"/>
                <w:b/>
                <w:sz w:val="28"/>
                <w:szCs w:val="30"/>
                <w:u w:val="single"/>
              </w:rPr>
            </w:pPr>
            <w:r w:rsidRPr="002F2B3A">
              <w:rPr>
                <w:rFonts w:ascii="Franklin Gothic Medium" w:hAnsi="Franklin Gothic Medium"/>
                <w:b/>
                <w:sz w:val="28"/>
                <w:szCs w:val="30"/>
                <w:u w:val="single"/>
              </w:rPr>
              <w:t>CHEMBUR, MUMBAI – 400 074</w:t>
            </w:r>
          </w:p>
        </w:tc>
      </w:tr>
      <w:tr w:rsidR="001B0B54" w14:paraId="7A04B93F" w14:textId="77777777" w:rsidTr="002F2B3A">
        <w:trPr>
          <w:trHeight w:val="421"/>
        </w:trPr>
        <w:tc>
          <w:tcPr>
            <w:tcW w:w="1432" w:type="dxa"/>
            <w:vMerge/>
          </w:tcPr>
          <w:p w14:paraId="09258A50" w14:textId="77777777" w:rsidR="001B0B54" w:rsidRDefault="001B0B54" w:rsidP="00F3166F">
            <w:pPr>
              <w:rPr>
                <w:rFonts w:ascii="Book Antiqua" w:hAnsi="Book Antiqua"/>
                <w:bCs/>
                <w:sz w:val="26"/>
                <w:szCs w:val="26"/>
              </w:rPr>
            </w:pPr>
          </w:p>
        </w:tc>
        <w:tc>
          <w:tcPr>
            <w:tcW w:w="7245" w:type="dxa"/>
            <w:vAlign w:val="center"/>
          </w:tcPr>
          <w:p w14:paraId="0037DC22" w14:textId="0CE3F097" w:rsidR="001B0B54" w:rsidRPr="002F2B3A" w:rsidRDefault="001B0B54" w:rsidP="00A86834">
            <w:pPr>
              <w:jc w:val="center"/>
              <w:rPr>
                <w:rFonts w:ascii="Franklin Gothic Medium" w:hAnsi="Franklin Gothic Medium"/>
                <w:b/>
                <w:sz w:val="28"/>
                <w:szCs w:val="30"/>
                <w:u w:val="single"/>
              </w:rPr>
            </w:pPr>
            <w:r w:rsidRPr="002F2B3A">
              <w:rPr>
                <w:rFonts w:ascii="Franklin Gothic Medium" w:hAnsi="Franklin Gothic Medium"/>
                <w:b/>
                <w:sz w:val="28"/>
                <w:szCs w:val="30"/>
                <w:u w:val="single"/>
              </w:rPr>
              <w:t>( NAVRATNA COMPANY)</w:t>
            </w:r>
          </w:p>
        </w:tc>
      </w:tr>
    </w:tbl>
    <w:p w14:paraId="3320478C" w14:textId="77777777" w:rsidR="00D4770D" w:rsidRDefault="00D4770D" w:rsidP="00F3166F">
      <w:pPr>
        <w:pStyle w:val="NormalWeb"/>
        <w:rPr>
          <w:rStyle w:val="Strong"/>
        </w:rPr>
      </w:pPr>
    </w:p>
    <w:p w14:paraId="70FC2B57" w14:textId="77777777" w:rsidR="00D4770D" w:rsidRPr="00F3166F" w:rsidRDefault="00D4770D" w:rsidP="00F3166F">
      <w:pPr>
        <w:pStyle w:val="NormalWeb"/>
        <w:rPr>
          <w:rStyle w:val="Strong"/>
          <w:b w:val="0"/>
          <w:bCs w:val="0"/>
          <w:sz w:val="28"/>
          <w:szCs w:val="28"/>
        </w:rPr>
      </w:pPr>
    </w:p>
    <w:tbl>
      <w:tblPr>
        <w:tblpPr w:leftFromText="180" w:rightFromText="180" w:vertAnchor="text" w:horzAnchor="margin" w:tblpXSpec="right" w:tblpY="19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</w:tblGrid>
      <w:tr w:rsidR="00B25039" w14:paraId="1556027A" w14:textId="77777777" w:rsidTr="00B25039">
        <w:trPr>
          <w:trHeight w:val="1686"/>
        </w:trPr>
        <w:tc>
          <w:tcPr>
            <w:tcW w:w="2376" w:type="dxa"/>
            <w:tcBorders>
              <w:top w:val="dashed" w:sz="8" w:space="0" w:color="888888"/>
              <w:left w:val="dashed" w:sz="8" w:space="0" w:color="888888"/>
              <w:bottom w:val="dashed" w:sz="8" w:space="0" w:color="888888"/>
              <w:right w:val="dashed" w:sz="8" w:space="0" w:color="888888"/>
            </w:tcBorders>
            <w:shd w:val="clear" w:color="auto" w:fill="FAFAFA"/>
            <w:vAlign w:val="center"/>
          </w:tcPr>
          <w:p w14:paraId="1920AB3D" w14:textId="77777777" w:rsidR="00B25039" w:rsidRDefault="00B25039" w:rsidP="00B25039">
            <w:pPr>
              <w:spacing w:before="240" w:after="240"/>
              <w:jc w:val="center"/>
            </w:pPr>
            <w:r>
              <w:rPr>
                <w:rFonts w:ascii="Arial" w:hAnsi="Arial"/>
                <w:b/>
                <w:color w:val="888888"/>
                <w:sz w:val="16"/>
              </w:rPr>
              <w:t>PASSPORT SIZE</w:t>
            </w:r>
            <w:r>
              <w:rPr>
                <w:rFonts w:ascii="Arial" w:hAnsi="Arial"/>
                <w:b/>
                <w:color w:val="888888"/>
                <w:sz w:val="16"/>
              </w:rPr>
              <w:br/>
              <w:t>PHOTO</w:t>
            </w:r>
            <w:r>
              <w:rPr>
                <w:rFonts w:ascii="Arial" w:hAnsi="Arial"/>
                <w:b/>
                <w:color w:val="888888"/>
                <w:sz w:val="16"/>
              </w:rPr>
              <w:br/>
            </w:r>
            <w:r>
              <w:rPr>
                <w:color w:val="999999"/>
                <w:sz w:val="15"/>
              </w:rPr>
              <w:t>(3.5 cm x 4.5 cm)</w:t>
            </w:r>
          </w:p>
        </w:tc>
      </w:tr>
    </w:tbl>
    <w:p w14:paraId="2F4D7FE1" w14:textId="44E6494D" w:rsidR="001C30DD" w:rsidRDefault="00B25039" w:rsidP="001C30DD">
      <w:pPr>
        <w:pStyle w:val="NormalWeb"/>
      </w:pPr>
      <w:r w:rsidRPr="00A960C6">
        <w:rPr>
          <w:noProof/>
        </w:rPr>
        <w:drawing>
          <wp:inline distT="0" distB="0" distL="0" distR="0" wp14:anchorId="3446CDF9" wp14:editId="79743E35">
            <wp:extent cx="913765" cy="620352"/>
            <wp:effectExtent l="0" t="0" r="635" b="8890"/>
            <wp:docPr id="7" name="Picture 7" descr="C:\Users\135958\Downloads\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35958\Downloads\R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747" cy="111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1A70">
        <w:rPr>
          <w:rFonts w:ascii="Arial" w:hAnsi="Arial"/>
          <w:b/>
          <w:color w:val="002060"/>
          <w:sz w:val="36"/>
        </w:rPr>
        <w:t xml:space="preserve"> </w:t>
      </w:r>
    </w:p>
    <w:p w14:paraId="31AB38E8" w14:textId="77777777" w:rsidR="00EB6681" w:rsidRDefault="00B82872" w:rsidP="001C30DD">
      <w:pPr>
        <w:spacing w:after="80"/>
        <w:jc w:val="center"/>
        <w:rPr>
          <w:rFonts w:ascii="Arial" w:hAnsi="Arial"/>
          <w:b/>
          <w:color w:val="002060"/>
          <w:sz w:val="36"/>
        </w:rPr>
      </w:pPr>
      <w:r>
        <w:rPr>
          <w:rFonts w:ascii="Arial" w:hAnsi="Arial"/>
          <w:b/>
          <w:color w:val="002060"/>
          <w:sz w:val="36"/>
        </w:rPr>
        <w:t xml:space="preserve">                         </w:t>
      </w:r>
    </w:p>
    <w:p w14:paraId="5ECA0305" w14:textId="10B2DCA6" w:rsidR="001C30DD" w:rsidRDefault="00B82872" w:rsidP="001C30DD">
      <w:pPr>
        <w:spacing w:after="80"/>
        <w:jc w:val="center"/>
        <w:rPr>
          <w:rFonts w:ascii="Arial" w:hAnsi="Arial"/>
          <w:b/>
          <w:color w:val="002060"/>
          <w:sz w:val="36"/>
        </w:rPr>
      </w:pPr>
      <w:r>
        <w:rPr>
          <w:rFonts w:ascii="Arial" w:hAnsi="Arial"/>
          <w:b/>
          <w:color w:val="002060"/>
          <w:sz w:val="36"/>
        </w:rPr>
        <w:t xml:space="preserve"> </w:t>
      </w:r>
      <w:r w:rsidR="001C30DD">
        <w:rPr>
          <w:rFonts w:ascii="Arial" w:hAnsi="Arial"/>
          <w:b/>
          <w:color w:val="002060"/>
          <w:sz w:val="36"/>
        </w:rPr>
        <w:t>RCF KABADDI TEAM</w:t>
      </w:r>
    </w:p>
    <w:p w14:paraId="06E2C63D" w14:textId="77777777" w:rsidR="001C30DD" w:rsidRDefault="001C30DD" w:rsidP="001C30DD">
      <w:pPr>
        <w:spacing w:after="80"/>
        <w:jc w:val="center"/>
        <w:rPr>
          <w:rFonts w:ascii="Arial" w:hAnsi="Arial"/>
          <w:b/>
          <w:color w:val="7F7F7F"/>
          <w:sz w:val="26"/>
        </w:rPr>
      </w:pPr>
      <w:r>
        <w:rPr>
          <w:rFonts w:ascii="Arial" w:hAnsi="Arial"/>
          <w:b/>
          <w:color w:val="7F7F7F"/>
          <w:sz w:val="26"/>
        </w:rPr>
        <w:t>CONTRACTUAL PLAYER SELECTION TRIALS FORM</w:t>
      </w:r>
    </w:p>
    <w:p w14:paraId="44DBC975" w14:textId="77777777" w:rsidR="001C30DD" w:rsidRPr="00F3166F" w:rsidRDefault="001C30DD" w:rsidP="001C30DD">
      <w:pPr>
        <w:spacing w:after="80"/>
      </w:pPr>
      <w:r w:rsidRPr="00E50E04">
        <w:rPr>
          <w:rFonts w:ascii="Arial" w:hAnsi="Arial" w:cs="Arial"/>
          <w:b/>
          <w:sz w:val="24"/>
          <w:szCs w:val="24"/>
        </w:rPr>
        <w:t>PERSONAL DETAILS</w:t>
      </w:r>
    </w:p>
    <w:tbl>
      <w:tblPr>
        <w:tblStyle w:val="TableGrid"/>
        <w:tblW w:w="10568" w:type="dxa"/>
        <w:tblLook w:val="04A0" w:firstRow="1" w:lastRow="0" w:firstColumn="1" w:lastColumn="0" w:noHBand="0" w:noVBand="1"/>
      </w:tblPr>
      <w:tblGrid>
        <w:gridCol w:w="3290"/>
        <w:gridCol w:w="7278"/>
      </w:tblGrid>
      <w:tr w:rsidR="001C30DD" w:rsidRPr="00E50E04" w14:paraId="64302597" w14:textId="77777777" w:rsidTr="00FD1A70">
        <w:trPr>
          <w:trHeight w:val="545"/>
        </w:trPr>
        <w:tc>
          <w:tcPr>
            <w:tcW w:w="3290" w:type="dxa"/>
            <w:shd w:val="clear" w:color="auto" w:fill="F2F2F2"/>
          </w:tcPr>
          <w:p w14:paraId="3ECC694B" w14:textId="77777777" w:rsidR="001C30DD" w:rsidRDefault="001C30DD" w:rsidP="001C6EB9">
            <w:pPr>
              <w:spacing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E50E04">
              <w:rPr>
                <w:rFonts w:ascii="Arial" w:hAnsi="Arial" w:cs="Arial"/>
                <w:b/>
                <w:sz w:val="24"/>
                <w:szCs w:val="24"/>
              </w:rPr>
              <w:t>Full Name</w:t>
            </w:r>
          </w:p>
          <w:p w14:paraId="42F02947" w14:textId="77777777" w:rsidR="001C30DD" w:rsidRPr="00E50E04" w:rsidRDefault="001C30DD" w:rsidP="001C6EB9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26C6A21" w14:textId="77777777" w:rsidR="001C30DD" w:rsidRPr="00E50E04" w:rsidRDefault="001C30DD" w:rsidP="001C6E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C30DD" w:rsidRPr="00E50E04" w14:paraId="78305F9F" w14:textId="77777777" w:rsidTr="00FD1A70">
        <w:trPr>
          <w:trHeight w:val="545"/>
        </w:trPr>
        <w:tc>
          <w:tcPr>
            <w:tcW w:w="3290" w:type="dxa"/>
            <w:shd w:val="clear" w:color="auto" w:fill="F2F2F2"/>
          </w:tcPr>
          <w:p w14:paraId="261EF523" w14:textId="77777777" w:rsidR="001C30DD" w:rsidRDefault="001C30DD" w:rsidP="001C6EB9">
            <w:pPr>
              <w:spacing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E50E04">
              <w:rPr>
                <w:rFonts w:ascii="Arial" w:hAnsi="Arial" w:cs="Arial"/>
                <w:b/>
                <w:sz w:val="24"/>
                <w:szCs w:val="24"/>
              </w:rPr>
              <w:t>Date of Birth</w:t>
            </w:r>
          </w:p>
          <w:p w14:paraId="0CAF0D0B" w14:textId="77777777" w:rsidR="001C30DD" w:rsidRPr="00E50E04" w:rsidRDefault="001C30DD" w:rsidP="001C6EB9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78" w:type="dxa"/>
          </w:tcPr>
          <w:p w14:paraId="329423DB" w14:textId="77777777" w:rsidR="001C30DD" w:rsidRPr="00E50E04" w:rsidRDefault="001C30DD" w:rsidP="001C6E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0DD" w:rsidRPr="00E50E04" w14:paraId="4035D714" w14:textId="77777777" w:rsidTr="00FD1A70">
        <w:trPr>
          <w:trHeight w:val="532"/>
        </w:trPr>
        <w:tc>
          <w:tcPr>
            <w:tcW w:w="3290" w:type="dxa"/>
            <w:shd w:val="clear" w:color="auto" w:fill="F2F2F2"/>
          </w:tcPr>
          <w:p w14:paraId="72D15982" w14:textId="77777777" w:rsidR="001C30DD" w:rsidRDefault="001C30DD" w:rsidP="001C6EB9">
            <w:pPr>
              <w:spacing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E50E04">
              <w:rPr>
                <w:rFonts w:ascii="Arial" w:hAnsi="Arial" w:cs="Arial"/>
                <w:b/>
                <w:sz w:val="24"/>
                <w:szCs w:val="24"/>
              </w:rPr>
              <w:t>Residential Address</w:t>
            </w:r>
          </w:p>
          <w:p w14:paraId="6463CF14" w14:textId="77777777" w:rsidR="001C30DD" w:rsidRPr="00E50E04" w:rsidRDefault="001C30DD" w:rsidP="001C6EB9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78" w:type="dxa"/>
          </w:tcPr>
          <w:p w14:paraId="640C2009" w14:textId="77777777" w:rsidR="001C30DD" w:rsidRPr="00E50E04" w:rsidRDefault="001C30DD" w:rsidP="001C6E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0DD" w:rsidRPr="00E50E04" w14:paraId="250842DB" w14:textId="77777777" w:rsidTr="00FD1A70">
        <w:trPr>
          <w:trHeight w:val="545"/>
        </w:trPr>
        <w:tc>
          <w:tcPr>
            <w:tcW w:w="3290" w:type="dxa"/>
            <w:shd w:val="clear" w:color="auto" w:fill="F2F2F2"/>
          </w:tcPr>
          <w:p w14:paraId="6C8903FD" w14:textId="77777777" w:rsidR="001C30DD" w:rsidRDefault="001C30DD" w:rsidP="001C6EB9">
            <w:pPr>
              <w:spacing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E50E04">
              <w:rPr>
                <w:rFonts w:ascii="Arial" w:hAnsi="Arial" w:cs="Arial"/>
                <w:b/>
                <w:sz w:val="24"/>
                <w:szCs w:val="24"/>
              </w:rPr>
              <w:t>Mobile Number</w:t>
            </w:r>
          </w:p>
          <w:p w14:paraId="5F6AE610" w14:textId="77777777" w:rsidR="001C30DD" w:rsidRPr="00E50E04" w:rsidRDefault="001C30DD" w:rsidP="001C6EB9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78" w:type="dxa"/>
          </w:tcPr>
          <w:p w14:paraId="2308D60C" w14:textId="77777777" w:rsidR="001C30DD" w:rsidRPr="00E50E04" w:rsidRDefault="001C30DD" w:rsidP="001C6E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0DD" w:rsidRPr="00E50E04" w14:paraId="1EC84222" w14:textId="77777777" w:rsidTr="00FD1A70">
        <w:trPr>
          <w:trHeight w:val="545"/>
        </w:trPr>
        <w:tc>
          <w:tcPr>
            <w:tcW w:w="3290" w:type="dxa"/>
            <w:shd w:val="clear" w:color="auto" w:fill="F2F2F2"/>
          </w:tcPr>
          <w:p w14:paraId="48F9A3C0" w14:textId="77777777" w:rsidR="001C30DD" w:rsidRDefault="001C30DD" w:rsidP="001C6EB9">
            <w:pPr>
              <w:spacing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E50E04"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  <w:p w14:paraId="2C0BCE93" w14:textId="77777777" w:rsidR="001C30DD" w:rsidRPr="00E50E04" w:rsidRDefault="001C30DD" w:rsidP="001C6EB9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78" w:type="dxa"/>
          </w:tcPr>
          <w:p w14:paraId="5C009E5D" w14:textId="77777777" w:rsidR="001C30DD" w:rsidRPr="00E50E04" w:rsidRDefault="001C30DD" w:rsidP="001C6E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39DDEDB" w14:textId="77777777" w:rsidR="001C30DD" w:rsidRPr="00E50E04" w:rsidRDefault="001C30DD" w:rsidP="001C30DD">
      <w:pPr>
        <w:spacing w:before="100" w:after="60"/>
        <w:rPr>
          <w:rFonts w:ascii="Arial" w:hAnsi="Arial" w:cs="Arial"/>
          <w:sz w:val="24"/>
          <w:szCs w:val="24"/>
        </w:rPr>
      </w:pPr>
      <w:r w:rsidRPr="00E50E04">
        <w:rPr>
          <w:rFonts w:ascii="Arial" w:hAnsi="Arial" w:cs="Arial"/>
          <w:b/>
          <w:sz w:val="24"/>
          <w:szCs w:val="24"/>
        </w:rPr>
        <w:t xml:space="preserve">2. </w:t>
      </w:r>
      <w:r>
        <w:rPr>
          <w:rFonts w:ascii="Arial" w:hAnsi="Arial" w:cs="Arial"/>
          <w:b/>
          <w:sz w:val="24"/>
          <w:szCs w:val="24"/>
        </w:rPr>
        <w:t>KABADDI</w:t>
      </w:r>
      <w:r w:rsidRPr="00E50E04">
        <w:rPr>
          <w:rFonts w:ascii="Arial" w:hAnsi="Arial" w:cs="Arial"/>
          <w:b/>
          <w:sz w:val="24"/>
          <w:szCs w:val="24"/>
        </w:rPr>
        <w:t xml:space="preserve"> PROFILE</w:t>
      </w:r>
    </w:p>
    <w:tbl>
      <w:tblPr>
        <w:tblStyle w:val="TableGrid"/>
        <w:tblW w:w="10744" w:type="dxa"/>
        <w:tblLook w:val="04A0" w:firstRow="1" w:lastRow="0" w:firstColumn="1" w:lastColumn="0" w:noHBand="0" w:noVBand="1"/>
      </w:tblPr>
      <w:tblGrid>
        <w:gridCol w:w="3324"/>
        <w:gridCol w:w="7420"/>
      </w:tblGrid>
      <w:tr w:rsidR="001C30DD" w:rsidRPr="00E50E04" w14:paraId="761C5C76" w14:textId="77777777" w:rsidTr="00FD1A70">
        <w:trPr>
          <w:trHeight w:val="497"/>
        </w:trPr>
        <w:tc>
          <w:tcPr>
            <w:tcW w:w="3324" w:type="dxa"/>
            <w:shd w:val="clear" w:color="auto" w:fill="F2F2F2"/>
          </w:tcPr>
          <w:p w14:paraId="5A7B3C7E" w14:textId="77777777" w:rsidR="001C30DD" w:rsidRPr="00E50E04" w:rsidRDefault="001C30DD" w:rsidP="001C6EB9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E50E04">
              <w:rPr>
                <w:rFonts w:ascii="Arial" w:hAnsi="Arial" w:cs="Arial"/>
                <w:b/>
                <w:sz w:val="24"/>
                <w:szCs w:val="24"/>
              </w:rPr>
              <w:t>Primary Playing Role</w:t>
            </w:r>
          </w:p>
        </w:tc>
        <w:tc>
          <w:tcPr>
            <w:tcW w:w="7420" w:type="dxa"/>
          </w:tcPr>
          <w:p w14:paraId="44CC8BCF" w14:textId="77777777" w:rsidR="001C30DD" w:rsidRPr="00E50E04" w:rsidRDefault="001C30DD" w:rsidP="001C6EB9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BE4AFB">
              <w:rPr>
                <w:rFonts w:ascii="Segoe UI Symbol" w:hAnsi="Segoe UI Symbol" w:cs="Segoe UI Symbol"/>
                <w:sz w:val="24"/>
                <w:szCs w:val="24"/>
              </w:rPr>
              <w:t>☐ Raider  ☐ Defender  ☐ All-Rounder</w:t>
            </w:r>
          </w:p>
        </w:tc>
      </w:tr>
      <w:tr w:rsidR="001C30DD" w:rsidRPr="00E50E04" w14:paraId="021F825B" w14:textId="77777777" w:rsidTr="00FD1A70">
        <w:trPr>
          <w:trHeight w:val="453"/>
        </w:trPr>
        <w:tc>
          <w:tcPr>
            <w:tcW w:w="3324" w:type="dxa"/>
            <w:shd w:val="clear" w:color="auto" w:fill="F2F2F2"/>
          </w:tcPr>
          <w:p w14:paraId="39141A05" w14:textId="77777777" w:rsidR="001C30DD" w:rsidRDefault="001C30DD" w:rsidP="001C6EB9">
            <w:pPr>
              <w:spacing w:after="4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Playing Style</w:t>
            </w:r>
          </w:p>
          <w:p w14:paraId="53371518" w14:textId="77777777" w:rsidR="001C30DD" w:rsidRPr="00E50E04" w:rsidRDefault="001C30DD" w:rsidP="001C6EB9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20" w:type="dxa"/>
          </w:tcPr>
          <w:p w14:paraId="03312D69" w14:textId="77777777" w:rsidR="001C30DD" w:rsidRPr="00BE4AFB" w:rsidRDefault="001C30DD" w:rsidP="001C6EB9">
            <w:pPr>
              <w:spacing w:after="40"/>
              <w:rPr>
                <w:sz w:val="24"/>
                <w:szCs w:val="24"/>
              </w:rPr>
            </w:pPr>
            <w:r w:rsidRPr="00BE4AF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BE4AFB">
              <w:rPr>
                <w:sz w:val="24"/>
                <w:szCs w:val="24"/>
              </w:rPr>
              <w:t xml:space="preserve"> Right Raider  </w:t>
            </w:r>
            <w:r>
              <w:rPr>
                <w:sz w:val="24"/>
                <w:szCs w:val="24"/>
              </w:rPr>
              <w:t xml:space="preserve">  </w:t>
            </w:r>
            <w:r w:rsidRPr="00BE4AF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BE4AFB">
              <w:rPr>
                <w:sz w:val="24"/>
                <w:szCs w:val="24"/>
              </w:rPr>
              <w:t xml:space="preserve"> Left Raider</w:t>
            </w:r>
          </w:p>
          <w:p w14:paraId="10A7DA02" w14:textId="77777777" w:rsidR="001C30DD" w:rsidRPr="00BE4AFB" w:rsidRDefault="001C30DD" w:rsidP="001C6EB9">
            <w:pPr>
              <w:spacing w:after="40"/>
              <w:rPr>
                <w:sz w:val="24"/>
                <w:szCs w:val="24"/>
              </w:rPr>
            </w:pPr>
            <w:r w:rsidRPr="00BE4AF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BE4AFB">
              <w:rPr>
                <w:sz w:val="24"/>
                <w:szCs w:val="24"/>
              </w:rPr>
              <w:t xml:space="preserve"> Right Corner  </w:t>
            </w:r>
            <w:r>
              <w:rPr>
                <w:sz w:val="24"/>
                <w:szCs w:val="24"/>
              </w:rPr>
              <w:t xml:space="preserve"> </w:t>
            </w:r>
            <w:r w:rsidRPr="00BE4AF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BE4AFB">
              <w:rPr>
                <w:sz w:val="24"/>
                <w:szCs w:val="24"/>
              </w:rPr>
              <w:t xml:space="preserve"> Left Corner</w:t>
            </w:r>
          </w:p>
          <w:p w14:paraId="12632F6F" w14:textId="77777777" w:rsidR="001C30DD" w:rsidRPr="00E50E04" w:rsidRDefault="001C30DD" w:rsidP="001C6EB9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BE4AF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BE4AFB">
              <w:rPr>
                <w:sz w:val="24"/>
                <w:szCs w:val="24"/>
              </w:rPr>
              <w:t xml:space="preserve"> Right </w:t>
            </w:r>
            <w:r>
              <w:rPr>
                <w:sz w:val="24"/>
                <w:szCs w:val="24"/>
              </w:rPr>
              <w:t>Cover</w:t>
            </w:r>
            <w:r w:rsidRPr="00BE4AFB">
              <w:rPr>
                <w:sz w:val="24"/>
                <w:szCs w:val="24"/>
              </w:rPr>
              <w:t>  </w:t>
            </w:r>
            <w:r>
              <w:rPr>
                <w:sz w:val="24"/>
                <w:szCs w:val="24"/>
              </w:rPr>
              <w:t xml:space="preserve">   </w:t>
            </w:r>
            <w:r w:rsidRPr="00BE4AF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BE4AFB">
              <w:rPr>
                <w:sz w:val="24"/>
                <w:szCs w:val="24"/>
              </w:rPr>
              <w:t xml:space="preserve"> Left </w:t>
            </w:r>
            <w:r>
              <w:rPr>
                <w:sz w:val="24"/>
                <w:szCs w:val="24"/>
              </w:rPr>
              <w:t>Cover</w:t>
            </w:r>
          </w:p>
        </w:tc>
      </w:tr>
      <w:tr w:rsidR="001C30DD" w:rsidRPr="00E50E04" w14:paraId="4C485BC0" w14:textId="77777777" w:rsidTr="00FD1A70">
        <w:trPr>
          <w:trHeight w:val="453"/>
        </w:trPr>
        <w:tc>
          <w:tcPr>
            <w:tcW w:w="3324" w:type="dxa"/>
            <w:shd w:val="clear" w:color="auto" w:fill="F2F2F2"/>
          </w:tcPr>
          <w:p w14:paraId="0DD8860C" w14:textId="77777777" w:rsidR="001C30DD" w:rsidRPr="00E50E04" w:rsidRDefault="001C30DD" w:rsidP="001C6EB9">
            <w:pPr>
              <w:spacing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BE4AFB">
              <w:rPr>
                <w:rFonts w:ascii="Arial" w:hAnsi="Arial" w:cs="Arial"/>
                <w:b/>
                <w:sz w:val="24"/>
                <w:szCs w:val="24"/>
              </w:rPr>
              <w:t>Specialization</w:t>
            </w:r>
          </w:p>
        </w:tc>
        <w:tc>
          <w:tcPr>
            <w:tcW w:w="7420" w:type="dxa"/>
          </w:tcPr>
          <w:p w14:paraId="469B3B8D" w14:textId="77777777" w:rsidR="001C30DD" w:rsidRPr="00E50E04" w:rsidRDefault="001C30DD" w:rsidP="001C6EB9">
            <w:pPr>
              <w:spacing w:after="40"/>
              <w:rPr>
                <w:rFonts w:ascii="Segoe UI Symbol" w:hAnsi="Segoe UI Symbol" w:cs="Segoe UI Symbol"/>
                <w:sz w:val="24"/>
                <w:szCs w:val="24"/>
              </w:rPr>
            </w:pPr>
            <w:r w:rsidRPr="00BE4AFB">
              <w:rPr>
                <w:rFonts w:ascii="Segoe UI Symbol" w:hAnsi="Segoe UI Symbol" w:cs="Segoe UI Symbol"/>
                <w:sz w:val="24"/>
                <w:szCs w:val="24"/>
              </w:rPr>
              <w:t>☐ Raider  ☐ Defender  ☐ All-Rounder</w:t>
            </w:r>
          </w:p>
        </w:tc>
      </w:tr>
      <w:tr w:rsidR="001C30DD" w:rsidRPr="00E50E04" w14:paraId="621EA648" w14:textId="77777777" w:rsidTr="00FD1A70">
        <w:trPr>
          <w:trHeight w:val="376"/>
        </w:trPr>
        <w:tc>
          <w:tcPr>
            <w:tcW w:w="3324" w:type="dxa"/>
            <w:shd w:val="clear" w:color="auto" w:fill="F2F2F2"/>
          </w:tcPr>
          <w:p w14:paraId="0EF4B230" w14:textId="77777777" w:rsidR="001C30DD" w:rsidRPr="00E50E04" w:rsidRDefault="001C30DD" w:rsidP="001C6EB9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03083C">
              <w:rPr>
                <w:rFonts w:ascii="Arial" w:hAnsi="Arial" w:cs="Arial"/>
                <w:b/>
                <w:sz w:val="24"/>
                <w:szCs w:val="24"/>
              </w:rPr>
              <w:t>Highest Level Played</w:t>
            </w:r>
          </w:p>
        </w:tc>
        <w:tc>
          <w:tcPr>
            <w:tcW w:w="7420" w:type="dxa"/>
          </w:tcPr>
          <w:p w14:paraId="5C64A251" w14:textId="77777777" w:rsidR="001C30DD" w:rsidRDefault="001C30DD" w:rsidP="001C6EB9">
            <w:pPr>
              <w:spacing w:after="40"/>
              <w:rPr>
                <w:rFonts w:ascii="Segoe UI Symbol" w:hAnsi="Segoe UI Symbol" w:cs="Segoe UI Symbol"/>
                <w:sz w:val="24"/>
                <w:szCs w:val="24"/>
              </w:rPr>
            </w:pPr>
            <w:r w:rsidRPr="0003083C">
              <w:rPr>
                <w:rFonts w:ascii="Segoe UI Symbol" w:hAnsi="Segoe UI Symbol" w:cs="Segoe UI Symbol"/>
                <w:sz w:val="24"/>
                <w:szCs w:val="24"/>
              </w:rPr>
              <w:t>☐ Club  ☐ District  ☐ State  ☐ National </w:t>
            </w:r>
          </w:p>
          <w:p w14:paraId="1BB3F730" w14:textId="77777777" w:rsidR="001C30DD" w:rsidRPr="00E50E04" w:rsidRDefault="001C30DD" w:rsidP="001C6EB9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03083C">
              <w:rPr>
                <w:rFonts w:ascii="Segoe UI Symbol" w:hAnsi="Segoe UI Symbol" w:cs="Segoe UI Symbol"/>
                <w:sz w:val="24"/>
                <w:szCs w:val="24"/>
              </w:rPr>
              <w:t>☐ International</w:t>
            </w:r>
          </w:p>
        </w:tc>
      </w:tr>
    </w:tbl>
    <w:p w14:paraId="4CDDFAB0" w14:textId="77777777" w:rsidR="001C30DD" w:rsidRPr="00E50E04" w:rsidRDefault="001C30DD" w:rsidP="001C30DD">
      <w:pPr>
        <w:spacing w:before="100" w:after="60"/>
        <w:rPr>
          <w:rFonts w:ascii="Arial" w:hAnsi="Arial" w:cs="Arial"/>
          <w:sz w:val="24"/>
          <w:szCs w:val="24"/>
        </w:rPr>
      </w:pPr>
      <w:r w:rsidRPr="00E50E04">
        <w:rPr>
          <w:rFonts w:ascii="Arial" w:hAnsi="Arial" w:cs="Arial"/>
          <w:b/>
          <w:sz w:val="24"/>
          <w:szCs w:val="24"/>
        </w:rPr>
        <w:t>3. PERFORMANCE DETAILS</w:t>
      </w:r>
    </w:p>
    <w:tbl>
      <w:tblPr>
        <w:tblStyle w:val="TableGrid"/>
        <w:tblW w:w="10596" w:type="dxa"/>
        <w:tblLook w:val="04A0" w:firstRow="1" w:lastRow="0" w:firstColumn="1" w:lastColumn="0" w:noHBand="0" w:noVBand="1"/>
      </w:tblPr>
      <w:tblGrid>
        <w:gridCol w:w="3302"/>
        <w:gridCol w:w="7294"/>
      </w:tblGrid>
      <w:tr w:rsidR="001C30DD" w:rsidRPr="00E50E04" w14:paraId="419C2145" w14:textId="77777777" w:rsidTr="00FD1A70">
        <w:trPr>
          <w:trHeight w:val="1376"/>
        </w:trPr>
        <w:tc>
          <w:tcPr>
            <w:tcW w:w="3302" w:type="dxa"/>
            <w:shd w:val="clear" w:color="auto" w:fill="F2F2F2"/>
          </w:tcPr>
          <w:p w14:paraId="7AE7064E" w14:textId="77777777" w:rsidR="001C30DD" w:rsidRDefault="001C30DD" w:rsidP="001C6EB9">
            <w:pPr>
              <w:spacing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E50E04">
              <w:rPr>
                <w:rFonts w:ascii="Arial" w:hAnsi="Arial" w:cs="Arial"/>
                <w:b/>
                <w:sz w:val="24"/>
                <w:szCs w:val="24"/>
              </w:rPr>
              <w:t>Notable Achievements</w:t>
            </w:r>
          </w:p>
          <w:p w14:paraId="0BE9CC69" w14:textId="77777777" w:rsidR="001C30DD" w:rsidRDefault="001C30DD" w:rsidP="001C6EB9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(please attach all relevant certificates, appreciation letters etc)</w:t>
            </w:r>
          </w:p>
          <w:p w14:paraId="2353852E" w14:textId="77777777" w:rsidR="001C30DD" w:rsidRPr="00E50E04" w:rsidRDefault="001C30DD" w:rsidP="001C6EB9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94" w:type="dxa"/>
          </w:tcPr>
          <w:p w14:paraId="5628EF8E" w14:textId="77777777" w:rsidR="001C30DD" w:rsidRDefault="001C30DD" w:rsidP="001C6EB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7AFD1D" w14:textId="77777777" w:rsidR="001C30DD" w:rsidRDefault="001C30DD" w:rsidP="001C6EB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4D3C45" w14:textId="77777777" w:rsidR="001C30DD" w:rsidRDefault="001C30DD" w:rsidP="001C6EB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0DEAED" w14:textId="77777777" w:rsidR="001C30DD" w:rsidRDefault="001C30DD" w:rsidP="001C6EB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FA40FD" w14:textId="77777777" w:rsidR="001C30DD" w:rsidRPr="00E50E04" w:rsidRDefault="001C30DD" w:rsidP="001C6E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0DD" w:rsidRPr="00E50E04" w14:paraId="2BDABE3E" w14:textId="77777777" w:rsidTr="00FD1A70">
        <w:trPr>
          <w:trHeight w:val="341"/>
        </w:trPr>
        <w:tc>
          <w:tcPr>
            <w:tcW w:w="3302" w:type="dxa"/>
            <w:shd w:val="clear" w:color="auto" w:fill="F2F2F2"/>
          </w:tcPr>
          <w:p w14:paraId="1DB53B78" w14:textId="77777777" w:rsidR="001C30DD" w:rsidRPr="00E50E04" w:rsidRDefault="001C30DD" w:rsidP="001C6EB9">
            <w:pPr>
              <w:spacing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03083C">
              <w:rPr>
                <w:rFonts w:ascii="Arial" w:hAnsi="Arial" w:cs="Arial"/>
                <w:b/>
                <w:sz w:val="24"/>
                <w:szCs w:val="24"/>
              </w:rPr>
              <w:t>Years of Playing Experience</w:t>
            </w:r>
          </w:p>
        </w:tc>
        <w:tc>
          <w:tcPr>
            <w:tcW w:w="7294" w:type="dxa"/>
          </w:tcPr>
          <w:p w14:paraId="4CB7378B" w14:textId="77777777" w:rsidR="001C30DD" w:rsidRDefault="001C30DD" w:rsidP="001C6E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C780E8" w14:textId="4FD20CC2" w:rsidR="00EB6681" w:rsidRDefault="00EB6681" w:rsidP="00EB6681">
      <w:pPr>
        <w:spacing w:before="100" w:after="60"/>
        <w:ind w:left="9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…2/- </w:t>
      </w:r>
    </w:p>
    <w:p w14:paraId="58A90B63" w14:textId="64A782A8" w:rsidR="00EB6681" w:rsidRPr="00EB6681" w:rsidRDefault="00EB6681" w:rsidP="00EB6681">
      <w:pPr>
        <w:spacing w:before="100" w:after="60"/>
        <w:jc w:val="center"/>
        <w:rPr>
          <w:rFonts w:ascii="Arial" w:hAnsi="Arial" w:cs="Arial"/>
          <w:b/>
          <w:sz w:val="24"/>
          <w:szCs w:val="24"/>
        </w:rPr>
      </w:pPr>
      <w:r w:rsidRPr="00EB6681">
        <w:rPr>
          <w:rFonts w:ascii="Arial" w:hAnsi="Arial" w:cs="Arial"/>
          <w:b/>
          <w:sz w:val="24"/>
          <w:szCs w:val="24"/>
        </w:rPr>
        <w:lastRenderedPageBreak/>
        <w:t>:2:</w:t>
      </w:r>
    </w:p>
    <w:p w14:paraId="48404518" w14:textId="77777777" w:rsidR="00EB6681" w:rsidRDefault="00EB6681" w:rsidP="001C30DD">
      <w:pPr>
        <w:spacing w:before="100" w:after="60"/>
        <w:rPr>
          <w:rFonts w:ascii="Arial" w:hAnsi="Arial" w:cs="Arial"/>
          <w:b/>
          <w:sz w:val="24"/>
          <w:szCs w:val="24"/>
        </w:rPr>
      </w:pPr>
    </w:p>
    <w:p w14:paraId="50DF7476" w14:textId="77777777" w:rsidR="00EB6681" w:rsidRDefault="00EB6681" w:rsidP="001C30DD">
      <w:pPr>
        <w:spacing w:before="100" w:after="60"/>
        <w:rPr>
          <w:rFonts w:ascii="Arial" w:hAnsi="Arial" w:cs="Arial"/>
          <w:b/>
          <w:sz w:val="24"/>
          <w:szCs w:val="24"/>
        </w:rPr>
      </w:pPr>
    </w:p>
    <w:p w14:paraId="01C115D6" w14:textId="77777777" w:rsidR="001C30DD" w:rsidRPr="00E50E04" w:rsidRDefault="001C30DD" w:rsidP="001C30DD">
      <w:pPr>
        <w:spacing w:before="100" w:after="6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50E04">
        <w:rPr>
          <w:rFonts w:ascii="Arial" w:hAnsi="Arial" w:cs="Arial"/>
          <w:b/>
          <w:sz w:val="24"/>
          <w:szCs w:val="24"/>
        </w:rPr>
        <w:t>4. DECLARATION</w:t>
      </w:r>
    </w:p>
    <w:p w14:paraId="676F66E4" w14:textId="6F5E751B" w:rsidR="001C30DD" w:rsidRPr="00E50E04" w:rsidRDefault="00FD1A70" w:rsidP="001C30DD">
      <w:pPr>
        <w:rPr>
          <w:rFonts w:ascii="Arial" w:hAnsi="Arial" w:cs="Arial"/>
          <w:sz w:val="24"/>
          <w:szCs w:val="24"/>
        </w:rPr>
      </w:pPr>
      <w:r w:rsidRPr="00FD1A70">
        <w:rPr>
          <w:rFonts w:ascii="Arial" w:hAnsi="Arial" w:cs="Arial"/>
          <w:sz w:val="24"/>
          <w:szCs w:val="24"/>
        </w:rPr>
        <w:t>I hereby declare that the information provided above is true and correct to the best of my knowledge. I understand that the selection will be based on performance in the trials and the decision of the selection committee shall be final.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184"/>
      </w:tblGrid>
      <w:tr w:rsidR="001C30DD" w:rsidRPr="00E50E04" w14:paraId="0704F6DE" w14:textId="77777777" w:rsidTr="001C6EB9">
        <w:trPr>
          <w:gridAfter w:val="1"/>
          <w:wAfter w:w="5184" w:type="dxa"/>
        </w:trPr>
        <w:tc>
          <w:tcPr>
            <w:tcW w:w="5184" w:type="dxa"/>
          </w:tcPr>
          <w:p w14:paraId="37CB22DB" w14:textId="77777777" w:rsidR="001C30DD" w:rsidRPr="00E50E04" w:rsidRDefault="001C30DD" w:rsidP="001C6E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0DD" w:rsidRPr="00E50E04" w14:paraId="4A768B63" w14:textId="77777777" w:rsidTr="001C6EB9">
        <w:trPr>
          <w:gridAfter w:val="1"/>
          <w:wAfter w:w="5184" w:type="dxa"/>
        </w:trPr>
        <w:tc>
          <w:tcPr>
            <w:tcW w:w="5184" w:type="dxa"/>
          </w:tcPr>
          <w:p w14:paraId="094C582D" w14:textId="77777777" w:rsidR="00EB6681" w:rsidRDefault="00EB6681" w:rsidP="001C6EB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0BB3F42" w14:textId="7919267F" w:rsidR="001C30DD" w:rsidRPr="0003083C" w:rsidRDefault="001C30DD" w:rsidP="001C6EB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083C">
              <w:rPr>
                <w:rFonts w:ascii="Arial" w:hAnsi="Arial" w:cs="Arial"/>
                <w:b/>
                <w:bCs/>
                <w:sz w:val="24"/>
                <w:szCs w:val="24"/>
              </w:rPr>
              <w:t>Signature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(with Date)</w:t>
            </w:r>
          </w:p>
        </w:tc>
      </w:tr>
      <w:tr w:rsidR="00D01CCD" w:rsidRPr="00E50E04" w14:paraId="6D824EB2" w14:textId="77777777" w:rsidTr="00D44C99">
        <w:trPr>
          <w:gridAfter w:val="1"/>
          <w:wAfter w:w="5184" w:type="dxa"/>
        </w:trPr>
        <w:tc>
          <w:tcPr>
            <w:tcW w:w="5184" w:type="dxa"/>
          </w:tcPr>
          <w:p w14:paraId="5423690F" w14:textId="0229084D" w:rsidR="00D01CCD" w:rsidRPr="00E50E04" w:rsidRDefault="00D01C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2C7B" w:rsidRPr="00E50E04" w14:paraId="059C5E6E" w14:textId="77777777" w:rsidTr="00D44C99">
        <w:trPr>
          <w:gridAfter w:val="1"/>
          <w:wAfter w:w="5184" w:type="dxa"/>
        </w:trPr>
        <w:tc>
          <w:tcPr>
            <w:tcW w:w="5184" w:type="dxa"/>
          </w:tcPr>
          <w:p w14:paraId="73F47E40" w14:textId="405A1BF9" w:rsidR="00372C7B" w:rsidRPr="00B25039" w:rsidRDefault="00372C7B" w:rsidP="00B2503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01CCD" w:rsidRPr="00372C7B" w14:paraId="5BABBF52" w14:textId="10B484F3" w:rsidTr="006C4A45">
        <w:tc>
          <w:tcPr>
            <w:tcW w:w="5184" w:type="dxa"/>
          </w:tcPr>
          <w:p w14:paraId="3A86AD1B" w14:textId="6DAE1CA4" w:rsidR="00D01CCD" w:rsidRPr="00E50E04" w:rsidRDefault="00D01CCD" w:rsidP="00D01C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</w:t>
            </w:r>
            <w:r w:rsidR="00F3166F"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</w:p>
        </w:tc>
        <w:tc>
          <w:tcPr>
            <w:tcW w:w="5184" w:type="dxa"/>
          </w:tcPr>
          <w:p w14:paraId="785D277B" w14:textId="0DBD8965" w:rsidR="00D01CCD" w:rsidRPr="00372C7B" w:rsidRDefault="00D01CCD" w:rsidP="00F3166F">
            <w:pPr>
              <w:rPr>
                <w:sz w:val="28"/>
                <w:szCs w:val="28"/>
                <w:u w:val="single"/>
              </w:rPr>
            </w:pPr>
          </w:p>
        </w:tc>
      </w:tr>
      <w:tr w:rsidR="00D01CCD" w:rsidRPr="00E50E04" w14:paraId="5AAA14AA" w14:textId="77777777" w:rsidTr="006C4A45">
        <w:tc>
          <w:tcPr>
            <w:tcW w:w="5184" w:type="dxa"/>
          </w:tcPr>
          <w:p w14:paraId="09486D6D" w14:textId="77777777" w:rsidR="00D01CCD" w:rsidRPr="00E50E04" w:rsidRDefault="00D01CCD" w:rsidP="00D01C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4" w:type="dxa"/>
          </w:tcPr>
          <w:p w14:paraId="3A9AAB4A" w14:textId="77777777" w:rsidR="00D01CCD" w:rsidRPr="00E50E04" w:rsidRDefault="00D01CCD" w:rsidP="00D01CC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3166F" w:rsidRPr="00E50E04" w14:paraId="1697DA0A" w14:textId="77777777" w:rsidTr="006C4A45">
        <w:tc>
          <w:tcPr>
            <w:tcW w:w="5184" w:type="dxa"/>
          </w:tcPr>
          <w:p w14:paraId="238B9627" w14:textId="77777777" w:rsidR="00F3166F" w:rsidRPr="00E50E04" w:rsidRDefault="00F3166F" w:rsidP="00D01C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4" w:type="dxa"/>
          </w:tcPr>
          <w:p w14:paraId="3D0C2944" w14:textId="77777777" w:rsidR="00F3166F" w:rsidRPr="00E50E04" w:rsidRDefault="00F3166F" w:rsidP="00D01CC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9BAC507" w14:textId="5A947E48" w:rsidR="00D44C99" w:rsidRPr="00D44C99" w:rsidRDefault="00D44C99" w:rsidP="00F3166F"/>
    <w:sectPr w:rsidR="00D44C99" w:rsidRPr="00D44C99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8C5A7A" w14:textId="77777777" w:rsidR="000A7BC0" w:rsidRDefault="000A7BC0">
      <w:pPr>
        <w:spacing w:after="0" w:line="240" w:lineRule="auto"/>
      </w:pPr>
      <w:r>
        <w:separator/>
      </w:r>
    </w:p>
  </w:endnote>
  <w:endnote w:type="continuationSeparator" w:id="0">
    <w:p w14:paraId="075C5EEE" w14:textId="77777777" w:rsidR="000A7BC0" w:rsidRDefault="000A7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DE3DF" w14:textId="77777777" w:rsidR="000A7BC0" w:rsidRDefault="000A7BC0">
      <w:pPr>
        <w:spacing w:after="0" w:line="240" w:lineRule="auto"/>
      </w:pPr>
      <w:r>
        <w:separator/>
      </w:r>
    </w:p>
  </w:footnote>
  <w:footnote w:type="continuationSeparator" w:id="0">
    <w:p w14:paraId="098FFDFA" w14:textId="77777777" w:rsidR="000A7BC0" w:rsidRDefault="000A7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0B15D85"/>
    <w:multiLevelType w:val="hybridMultilevel"/>
    <w:tmpl w:val="3F3C60A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0B30C7"/>
    <w:multiLevelType w:val="hybridMultilevel"/>
    <w:tmpl w:val="099603B6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A7BC0"/>
    <w:rsid w:val="000F6F0C"/>
    <w:rsid w:val="001009F8"/>
    <w:rsid w:val="0015074B"/>
    <w:rsid w:val="0016420C"/>
    <w:rsid w:val="001844C3"/>
    <w:rsid w:val="001938FB"/>
    <w:rsid w:val="001B0B54"/>
    <w:rsid w:val="001C2548"/>
    <w:rsid w:val="001C30DD"/>
    <w:rsid w:val="001F04F9"/>
    <w:rsid w:val="0024639F"/>
    <w:rsid w:val="0026016C"/>
    <w:rsid w:val="002741F9"/>
    <w:rsid w:val="0028367E"/>
    <w:rsid w:val="0029639D"/>
    <w:rsid w:val="002F2B3A"/>
    <w:rsid w:val="00326F90"/>
    <w:rsid w:val="00332C27"/>
    <w:rsid w:val="00372C7B"/>
    <w:rsid w:val="003C3ED5"/>
    <w:rsid w:val="003E1B81"/>
    <w:rsid w:val="00400D5C"/>
    <w:rsid w:val="0055260A"/>
    <w:rsid w:val="005D74D0"/>
    <w:rsid w:val="005E3ACE"/>
    <w:rsid w:val="00620B06"/>
    <w:rsid w:val="00680A6B"/>
    <w:rsid w:val="006A7A90"/>
    <w:rsid w:val="006C2027"/>
    <w:rsid w:val="00790629"/>
    <w:rsid w:val="007A5E8F"/>
    <w:rsid w:val="008A7005"/>
    <w:rsid w:val="008A7D8E"/>
    <w:rsid w:val="00920D8B"/>
    <w:rsid w:val="009342BE"/>
    <w:rsid w:val="009E7D0F"/>
    <w:rsid w:val="00A86834"/>
    <w:rsid w:val="00AA1D8D"/>
    <w:rsid w:val="00AC669D"/>
    <w:rsid w:val="00AF49F4"/>
    <w:rsid w:val="00B25039"/>
    <w:rsid w:val="00B47730"/>
    <w:rsid w:val="00B632B6"/>
    <w:rsid w:val="00B82872"/>
    <w:rsid w:val="00BB3F5B"/>
    <w:rsid w:val="00BC16F1"/>
    <w:rsid w:val="00C01083"/>
    <w:rsid w:val="00C152E4"/>
    <w:rsid w:val="00C27926"/>
    <w:rsid w:val="00CB0664"/>
    <w:rsid w:val="00D01CCD"/>
    <w:rsid w:val="00D4223D"/>
    <w:rsid w:val="00D44C99"/>
    <w:rsid w:val="00D4770D"/>
    <w:rsid w:val="00D61AEB"/>
    <w:rsid w:val="00D92394"/>
    <w:rsid w:val="00DC623E"/>
    <w:rsid w:val="00DE127B"/>
    <w:rsid w:val="00E50E04"/>
    <w:rsid w:val="00EB6681"/>
    <w:rsid w:val="00F0200E"/>
    <w:rsid w:val="00F3166F"/>
    <w:rsid w:val="00F45C7F"/>
    <w:rsid w:val="00FB04B2"/>
    <w:rsid w:val="00FC693F"/>
    <w:rsid w:val="00FD1A70"/>
    <w:rsid w:val="00FD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973531"/>
  <w15:docId w15:val="{00F0891D-E5B3-41D5-93BF-97B2601F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1F0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83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20B06"/>
    <w:rPr>
      <w:color w:val="0000FF" w:themeColor="hyperlink"/>
      <w:u w:val="single"/>
    </w:rPr>
  </w:style>
  <w:style w:type="paragraph" w:customStyle="1" w:styleId="isselectedend">
    <w:name w:val="isselectedend"/>
    <w:basedOn w:val="Normal"/>
    <w:rsid w:val="007A5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4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6B77694-6D2C-418B-AE6E-B4C83C781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RCF Professional Cricket Player Selection – Editable Form</vt:lpstr>
    </vt:vector>
  </TitlesOfParts>
  <Manager/>
  <Company/>
  <LinksUpToDate>false</LinksUpToDate>
  <CharactersWithSpaces>1187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RCF Professional Cricket Player Selection – Editable Form</dc:title>
  <dc:subject>Editable application form for professional cricket player selection</dc:subject>
  <dc:creator>python-docx</dc:creator>
  <cp:keywords/>
  <dc:description>This form is fully editable in Microsoft Word.</dc:description>
  <cp:lastModifiedBy>Pankaj Patil</cp:lastModifiedBy>
  <cp:revision>30</cp:revision>
  <cp:lastPrinted>2026-09-03T06:52:00Z</cp:lastPrinted>
  <dcterms:created xsi:type="dcterms:W3CDTF">2026-09-03T12:51:00Z</dcterms:created>
  <dcterms:modified xsi:type="dcterms:W3CDTF">2026-09-08T13:34:00Z</dcterms:modified>
  <cp:category/>
</cp:coreProperties>
</file>